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95755" w14:textId="51426209" w:rsidR="00767A1C" w:rsidRPr="00BA2C06" w:rsidRDefault="00000000" w:rsidP="00BA2C06">
      <w:pPr>
        <w:spacing w:after="720" w:line="360" w:lineRule="auto"/>
        <w:ind w:left="6480"/>
        <w:rPr>
          <w:lang w:val="pt-PT"/>
        </w:rPr>
      </w:pPr>
      <w:r w:rsidRPr="00BA2C06">
        <w:rPr>
          <w:lang w:val="pt-PT"/>
        </w:rPr>
        <w:t>À</w:t>
      </w:r>
      <w:r w:rsidRPr="00BA2C06">
        <w:rPr>
          <w:lang w:val="pt-PT"/>
        </w:rPr>
        <w:br/>
        <w:t>Sua Excelência</w:t>
      </w:r>
      <w:r w:rsidRPr="00BA2C06">
        <w:rPr>
          <w:lang w:val="pt-PT"/>
        </w:rPr>
        <w:br/>
      </w:r>
      <w:r w:rsidR="00D27819">
        <w:rPr>
          <w:lang w:val="pt-PT"/>
        </w:rPr>
        <w:t>Ministra da Educação</w:t>
      </w:r>
      <w:r w:rsidRPr="00BA2C06">
        <w:rPr>
          <w:lang w:val="pt-PT"/>
        </w:rPr>
        <w:br/>
        <w:t>________________________</w:t>
      </w:r>
    </w:p>
    <w:p w14:paraId="58B4D67D" w14:textId="1450CFAA" w:rsidR="00BA2C06" w:rsidRPr="00BA2C06" w:rsidRDefault="00000000" w:rsidP="00D27819">
      <w:pPr>
        <w:pStyle w:val="SemEspaamento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BA2C06">
        <w:rPr>
          <w:rFonts w:ascii="Times New Roman" w:hAnsi="Times New Roman" w:cs="Times New Roman"/>
          <w:sz w:val="24"/>
          <w:szCs w:val="24"/>
          <w:lang w:val="pt-PT"/>
        </w:rPr>
        <w:t>........................................................................, estado civil ..................................... de .............. anos de idade, nascido(a) aos ................ de .................................. de ......................................., Natural de ........................................, Município de ................................................., Província de</w:t>
      </w:r>
      <w:r w:rsidR="00BA2C06" w:rsidRPr="00BA2C06">
        <w:rPr>
          <w:rFonts w:ascii="Times New Roman" w:hAnsi="Times New Roman" w:cs="Times New Roman"/>
          <w:sz w:val="24"/>
          <w:szCs w:val="24"/>
          <w:lang w:val="pt-PT"/>
        </w:rPr>
        <w:t xml:space="preserve"> .............................................................., filho</w:t>
      </w:r>
      <w:r w:rsidRPr="00BA2C06">
        <w:rPr>
          <w:rFonts w:ascii="Times New Roman" w:hAnsi="Times New Roman" w:cs="Times New Roman"/>
          <w:sz w:val="24"/>
          <w:szCs w:val="24"/>
          <w:lang w:val="pt-PT"/>
        </w:rPr>
        <w:t>(a) d</w:t>
      </w:r>
      <w:r w:rsidR="00BA2C06" w:rsidRPr="00BA2C06">
        <w:rPr>
          <w:rFonts w:ascii="Times New Roman" w:hAnsi="Times New Roman" w:cs="Times New Roman"/>
          <w:sz w:val="24"/>
          <w:szCs w:val="24"/>
          <w:lang w:val="pt-PT"/>
        </w:rPr>
        <w:t xml:space="preserve">e </w:t>
      </w:r>
      <w:r w:rsidRPr="00BA2C06">
        <w:rPr>
          <w:rFonts w:ascii="Times New Roman" w:hAnsi="Times New Roman" w:cs="Times New Roman"/>
          <w:sz w:val="24"/>
          <w:szCs w:val="24"/>
          <w:lang w:val="pt-PT"/>
        </w:rPr>
        <w:t>......................................................................... e de</w:t>
      </w:r>
      <w:r w:rsidR="00BA2C06" w:rsidRPr="00BA2C06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r w:rsidRPr="00BA2C06">
        <w:rPr>
          <w:rFonts w:ascii="Times New Roman" w:hAnsi="Times New Roman" w:cs="Times New Roman"/>
          <w:sz w:val="24"/>
          <w:szCs w:val="24"/>
          <w:lang w:val="pt-PT"/>
        </w:rPr>
        <w:t>....................................................................................................................., portador (a) do BI nº ...................................................................., passado pela Direcção Nacional de</w:t>
      </w:r>
      <w:r w:rsidR="00BA2C06" w:rsidRPr="00BA2C06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r w:rsidRPr="00BA2C06">
        <w:rPr>
          <w:rFonts w:ascii="Times New Roman" w:hAnsi="Times New Roman" w:cs="Times New Roman"/>
          <w:sz w:val="24"/>
          <w:szCs w:val="24"/>
          <w:lang w:val="pt-PT"/>
        </w:rPr>
        <w:t>Identificação aos..........de..........................................de..............,residente no Município de.............................................., rua ........................................................................, casa nº .........., habilitado (a)</w:t>
      </w:r>
      <w:r w:rsidR="00BA2C06" w:rsidRPr="00BA2C06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r w:rsidRPr="00BA2C06">
        <w:rPr>
          <w:rFonts w:ascii="Times New Roman" w:hAnsi="Times New Roman" w:cs="Times New Roman"/>
          <w:sz w:val="24"/>
          <w:szCs w:val="24"/>
          <w:lang w:val="pt-PT"/>
        </w:rPr>
        <w:t>com a ..........ª classe na especialidade de..............................................................</w:t>
      </w:r>
      <w:r w:rsidR="00BA2C06" w:rsidRPr="00BA2C06">
        <w:rPr>
          <w:rFonts w:ascii="Times New Roman" w:hAnsi="Times New Roman" w:cs="Times New Roman"/>
          <w:sz w:val="24"/>
          <w:szCs w:val="24"/>
          <w:lang w:val="pt-PT"/>
        </w:rPr>
        <w:t>.......</w:t>
      </w:r>
    </w:p>
    <w:p w14:paraId="7817AAE0" w14:textId="77777777" w:rsidR="00BA2C06" w:rsidRPr="00BA2C06" w:rsidRDefault="00BA2C06" w:rsidP="00BA2C06">
      <w:pPr>
        <w:pStyle w:val="SemEspaamento"/>
        <w:jc w:val="both"/>
        <w:rPr>
          <w:rFonts w:ascii="Times New Roman" w:hAnsi="Times New Roman" w:cs="Times New Roman"/>
          <w:sz w:val="24"/>
          <w:szCs w:val="24"/>
          <w:lang w:val="pt-PT"/>
        </w:rPr>
      </w:pPr>
    </w:p>
    <w:p w14:paraId="2DA44E7C" w14:textId="543A6BF4" w:rsidR="00767A1C" w:rsidRPr="00BA2C06" w:rsidRDefault="00000000" w:rsidP="00D27819">
      <w:pPr>
        <w:pStyle w:val="SemEspaamento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BA2C06">
        <w:rPr>
          <w:rFonts w:ascii="Times New Roman" w:hAnsi="Times New Roman" w:cs="Times New Roman"/>
          <w:sz w:val="24"/>
          <w:szCs w:val="24"/>
          <w:lang w:val="pt-PT"/>
        </w:rPr>
        <w:t xml:space="preserve">Vem mui respeitosamente requerer à Vossa Excelência, se digne autorizar a sua admissão ao concurso para provimento de vaga na categoria de </w:t>
      </w:r>
      <w:r w:rsidR="00BA2C06">
        <w:rPr>
          <w:rFonts w:ascii="Times New Roman" w:hAnsi="Times New Roman" w:cs="Times New Roman"/>
          <w:sz w:val="24"/>
          <w:szCs w:val="24"/>
          <w:lang w:val="pt-PT"/>
        </w:rPr>
        <w:t>…………………………………</w:t>
      </w:r>
      <w:r w:rsidRPr="00BA2C06">
        <w:rPr>
          <w:rFonts w:ascii="Times New Roman" w:hAnsi="Times New Roman" w:cs="Times New Roman"/>
          <w:sz w:val="24"/>
          <w:szCs w:val="24"/>
          <w:lang w:val="pt-PT"/>
        </w:rPr>
        <w:t xml:space="preserve"> a que se refere o vosso Despacho nº .................../2026, de ................... de ........................ para trabalhar no Município de ...............................................</w:t>
      </w:r>
    </w:p>
    <w:p w14:paraId="0D6905DD" w14:textId="77777777" w:rsidR="00BA2C06" w:rsidRPr="00BA2C06" w:rsidRDefault="00BA2C06">
      <w:pPr>
        <w:spacing w:after="120"/>
        <w:ind w:firstLine="720"/>
        <w:rPr>
          <w:lang w:val="pt-PT"/>
        </w:rPr>
      </w:pPr>
    </w:p>
    <w:p w14:paraId="1363C6D6" w14:textId="481FF78F" w:rsidR="00767A1C" w:rsidRPr="00BA2C06" w:rsidRDefault="00000000" w:rsidP="00BA2C06">
      <w:pPr>
        <w:spacing w:after="120"/>
        <w:rPr>
          <w:lang w:val="pt-PT"/>
        </w:rPr>
      </w:pPr>
      <w:r w:rsidRPr="00BA2C06">
        <w:rPr>
          <w:lang w:val="pt-PT"/>
        </w:rPr>
        <w:t>Pelo que,</w:t>
      </w:r>
    </w:p>
    <w:p w14:paraId="75CFC6C5" w14:textId="77777777" w:rsidR="00767A1C" w:rsidRPr="00BA2C06" w:rsidRDefault="00000000" w:rsidP="00BA2C06">
      <w:pPr>
        <w:spacing w:after="720"/>
        <w:rPr>
          <w:lang w:val="pt-PT"/>
        </w:rPr>
      </w:pPr>
      <w:r w:rsidRPr="00BA2C06">
        <w:rPr>
          <w:lang w:val="pt-PT"/>
        </w:rPr>
        <w:t>Espera deferimento</w:t>
      </w:r>
    </w:p>
    <w:p w14:paraId="3F097B43" w14:textId="02A34453" w:rsidR="00767A1C" w:rsidRPr="00BA2C06" w:rsidRDefault="00000000">
      <w:pPr>
        <w:spacing w:after="720"/>
        <w:jc w:val="center"/>
        <w:rPr>
          <w:lang w:val="pt-PT"/>
        </w:rPr>
      </w:pPr>
      <w:r w:rsidRPr="00BA2C06">
        <w:rPr>
          <w:lang w:val="pt-PT"/>
        </w:rPr>
        <w:t>......................................, aos ............. de ........................... de 2026</w:t>
      </w:r>
    </w:p>
    <w:p w14:paraId="69CA9161" w14:textId="5A29BE6D" w:rsidR="00767A1C" w:rsidRPr="00BA2C06" w:rsidRDefault="00000000">
      <w:pPr>
        <w:jc w:val="center"/>
        <w:rPr>
          <w:lang w:val="pt-PT"/>
        </w:rPr>
      </w:pPr>
      <w:r w:rsidRPr="00BA2C06">
        <w:rPr>
          <w:lang w:val="pt-PT"/>
        </w:rPr>
        <w:t>O (A) Requerente</w:t>
      </w:r>
      <w:r w:rsidRPr="00BA2C06">
        <w:rPr>
          <w:lang w:val="pt-PT"/>
        </w:rPr>
        <w:br/>
      </w:r>
      <w:r w:rsidRPr="00BA2C06">
        <w:rPr>
          <w:lang w:val="pt-PT"/>
        </w:rPr>
        <w:br/>
        <w:t>__________________________________________</w:t>
      </w:r>
    </w:p>
    <w:sectPr w:rsidR="00767A1C" w:rsidRPr="00BA2C06" w:rsidSect="00034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mmarc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mmarc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27888483">
    <w:abstractNumId w:val="8"/>
  </w:num>
  <w:num w:numId="2" w16cid:durableId="1554384688">
    <w:abstractNumId w:val="6"/>
  </w:num>
  <w:num w:numId="3" w16cid:durableId="1762794581">
    <w:abstractNumId w:val="5"/>
  </w:num>
  <w:num w:numId="4" w16cid:durableId="1164392639">
    <w:abstractNumId w:val="4"/>
  </w:num>
  <w:num w:numId="5" w16cid:durableId="400952922">
    <w:abstractNumId w:val="7"/>
  </w:num>
  <w:num w:numId="6" w16cid:durableId="500239464">
    <w:abstractNumId w:val="3"/>
  </w:num>
  <w:num w:numId="7" w16cid:durableId="1457338277">
    <w:abstractNumId w:val="2"/>
  </w:num>
  <w:num w:numId="8" w16cid:durableId="1856116053">
    <w:abstractNumId w:val="1"/>
  </w:num>
  <w:num w:numId="9" w16cid:durableId="9082233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72839"/>
    <w:rsid w:val="0029639D"/>
    <w:rsid w:val="002C03FA"/>
    <w:rsid w:val="00326F90"/>
    <w:rsid w:val="00767A1C"/>
    <w:rsid w:val="00AA1D8D"/>
    <w:rsid w:val="00B47730"/>
    <w:rsid w:val="00BA2C06"/>
    <w:rsid w:val="00C403C6"/>
    <w:rsid w:val="00CB0664"/>
    <w:rsid w:val="00D27819"/>
    <w:rsid w:val="00E341A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D99C866"/>
  <w14:defaultImageDpi w14:val="300"/>
  <w15:docId w15:val="{5EA8CD36-3B1A-48B1-B067-9690A7BB7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Ttulo1">
    <w:name w:val="heading 1"/>
    <w:basedOn w:val="Normal"/>
    <w:next w:val="Normal"/>
    <w:link w:val="Ttulo1Carte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te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618BF"/>
  </w:style>
  <w:style w:type="paragraph" w:styleId="Rodap">
    <w:name w:val="footer"/>
    <w:basedOn w:val="Normal"/>
    <w:link w:val="RodapCarte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ter">
    <w:name w:val="Título 1 Caráter"/>
    <w:basedOn w:val="Tipodeletrapredefinidodopargraf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ter">
    <w:name w:val="Título 2 Caráter"/>
    <w:basedOn w:val="Tipodeletrapredefinidodopargraf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ter">
    <w:name w:val="Título 3 Caráter"/>
    <w:basedOn w:val="Tipodeletrapredefinidodopargraf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te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arter"/>
    <w:uiPriority w:val="99"/>
    <w:unhideWhenUsed/>
    <w:rsid w:val="00AA1D8D"/>
    <w:pPr>
      <w:spacing w:after="120"/>
    </w:pPr>
  </w:style>
  <w:style w:type="character" w:customStyle="1" w:styleId="CorpodetextoCarter">
    <w:name w:val="Corpo de texto Caráter"/>
    <w:basedOn w:val="Tipodeletrapredefinidodopargrafo"/>
    <w:link w:val="Corpodetexto"/>
    <w:uiPriority w:val="99"/>
    <w:rsid w:val="00AA1D8D"/>
  </w:style>
  <w:style w:type="paragraph" w:styleId="Corpodetexto2">
    <w:name w:val="Body Text 2"/>
    <w:basedOn w:val="Normal"/>
    <w:link w:val="Corpodetexto2Carter"/>
    <w:uiPriority w:val="99"/>
    <w:unhideWhenUsed/>
    <w:rsid w:val="00AA1D8D"/>
    <w:pPr>
      <w:spacing w:after="120" w:line="480" w:lineRule="auto"/>
    </w:pPr>
  </w:style>
  <w:style w:type="character" w:customStyle="1" w:styleId="Corpodetexto2Carter">
    <w:name w:val="Corpo de texto 2 Caráter"/>
    <w:basedOn w:val="Tipodeletrapredefinidodopargrafo"/>
    <w:link w:val="Corpodetexto2"/>
    <w:uiPriority w:val="99"/>
    <w:rsid w:val="00AA1D8D"/>
  </w:style>
  <w:style w:type="paragraph" w:styleId="Corpodetexto3">
    <w:name w:val="Body Text 3"/>
    <w:basedOn w:val="Normal"/>
    <w:link w:val="Corpodetexto3Carte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arter">
    <w:name w:val="Corpo de texto 3 Caráter"/>
    <w:basedOn w:val="Tipodeletrapredefinidodopargraf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mmarc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mmarc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mmarc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arte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arter">
    <w:name w:val="Texto de macro Caráter"/>
    <w:basedOn w:val="Tipodeletrapredefinidodopargraf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arter"/>
    <w:uiPriority w:val="29"/>
    <w:qFormat/>
    <w:rsid w:val="00FC693F"/>
    <w:rPr>
      <w:i/>
      <w:iCs/>
      <w:color w:val="000000" w:themeColor="text1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Tipodeletrapredefinidodopargrafo"/>
    <w:uiPriority w:val="22"/>
    <w:qFormat/>
    <w:rsid w:val="00FC693F"/>
    <w:rPr>
      <w:b/>
      <w:bCs/>
    </w:rPr>
  </w:style>
  <w:style w:type="character" w:styleId="nfase">
    <w:name w:val="Emphasis"/>
    <w:basedOn w:val="Tipodeletrapredefinidodopargraf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Discreta">
    <w:name w:val="Subtle Emphasis"/>
    <w:basedOn w:val="Tipodeletrapredefinidodopargraf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Tipodeletrapredefinidodopargraf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Discreta">
    <w:name w:val="Subtle Reference"/>
    <w:basedOn w:val="Tipodeletrapredefinidodopargraf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Tipodeletrapredefinidodopar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Tipodeletrapredefinidodopargrafo"/>
    <w:uiPriority w:val="33"/>
    <w:qFormat/>
    <w:rsid w:val="00FC693F"/>
    <w:rPr>
      <w:b/>
      <w:bCs/>
      <w:smallCaps/>
      <w:spacing w:val="5"/>
    </w:rPr>
  </w:style>
  <w:style w:type="paragraph" w:styleId="Cabealhodondice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elha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Cor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Cor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Cor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Cor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Cor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Cor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Cor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Cor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Cor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Cor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Cor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Cor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elha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elhaClara-Cor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elhaClara-Cor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elhaClara-Cor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elhaClara-Cor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elhaClara-Cor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elhaClara-Cor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Cor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Cor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Cor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Cor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Cor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Cor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elha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elhaMdia1-Cor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elhaMdia1-Cor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elhaMdia1-Cor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elhaMdia1-Cor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elhaMdia1-Cor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elhaMdia1-Cor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elha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elhaMdia3-Cor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elhaMdia3-Cor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elhaMdia3-Cor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elhaMdia3-Cor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elhaMdia3-Cor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elhaMdia3-Cor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Cor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Cor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Cor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Cor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Cor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Cor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Colorido-Cor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Cor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Cor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Cor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Cor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Cor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Cor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elha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elhaColorida-Cor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elhaColorida-Cor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elhaColorida-Cor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elhaColorida-Cor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elhaColorida-Cor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elhaColorida-Cor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279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1784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João Quiari (IT)</cp:lastModifiedBy>
  <cp:revision>2</cp:revision>
  <dcterms:created xsi:type="dcterms:W3CDTF">2026-07-20T11:27:00Z</dcterms:created>
  <dcterms:modified xsi:type="dcterms:W3CDTF">2026-07-20T11:27:00Z</dcterms:modified>
  <cp:category/>
</cp:coreProperties>
</file>